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Chapter 5 Guided Worksheet</w:t>
      </w:r>
    </w:p>
    <w:p>
      <w:r>
        <w:t>Reacting Masses and Chemical Equations | CIE 0620 Extended | 4 lessons of 40 minutes</w:t>
      </w:r>
    </w:p>
    <w:p>
      <w:r>
        <w:t>Follow the teacher explanation and worked example before attempting practice. Show your working and units. Use the extra question for homework.</w:t>
      </w:r>
    </w:p>
    <w:p>
      <w:pPr>
        <w:pStyle w:val="Heading2"/>
      </w:pPr>
      <w:r>
        <w:t>Lesson 1 Formulae and relative masses</w:t>
      </w:r>
    </w:p>
    <w:p>
      <w:r>
        <w:t>PPT slides 2–12 | Name ____________________ Date __________</w:t>
      </w:r>
    </w:p>
    <w:p>
      <w:r>
        <w:t>Goal: Write ionic formulae and calculate relative molecular or formula masses.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formula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化学式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relative atomic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相对原子质量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relative formula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相对式量</w:t>
            </w:r>
          </w:p>
        </w:tc>
      </w:tr>
    </w:tbl>
    <w:p>
      <w:pPr>
        <w:pStyle w:val="Heading2"/>
      </w:pPr>
      <w:r>
        <w:t>L1 R Recall</w:t>
      </w:r>
    </w:p>
    <w:p>
      <w:r>
        <w:t>Using Mg²⁺ and Cl⁻, write the formula of magnesium chloride.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Choose the smallest ion ratio with zero total charge. A bracket multiplies every atom inside it.</w:t>
      </w:r>
    </w:p>
    <w:p>
      <w:r>
        <w:t>Relative molecular or formula mass is the sum of the Aᵣ values for all atoms in the formula. It has no unit.</w:t>
      </w:r>
    </w:p>
    <w:p>
      <w:pPr>
        <w:pStyle w:val="Heading2"/>
      </w:pPr>
      <w:r>
        <w:t>L1 C Quick check</w:t>
      </w:r>
    </w:p>
    <w:p>
      <w:r>
        <w:t>Count the Mg, O and H atoms in Mg(OH)₂.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Calculate the relative formula mass of Ca(NO₃)₂. Aᵣ: Ca = 40, N = 14, O = 16.</w:t>
      </w:r>
    </w:p>
    <w:p>
      <w:r>
        <w:t>1. Count atoms: Ca = 1, N = 2, O = 6.</w:t>
      </w:r>
    </w:p>
    <w:p>
      <w:r>
        <w:t>2. Add contributions: 40 + 2(14) + 6(16).</w:t>
      </w:r>
    </w:p>
    <w:p>
      <w:r>
        <w:t>3. Relative formula mass = 164, with no unit.</w:t>
      </w:r>
    </w:p>
    <w:p>
      <w:r>
        <w:br w:type="page"/>
      </w:r>
    </w:p>
    <w:p>
      <w:pPr>
        <w:pStyle w:val="Heading1"/>
      </w:pPr>
      <w:r>
        <w:t>Lesson 1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5A. Partner focus: Compare ion charge totals, bracket multipliers and each relative-mass contribution.</w:t>
      </w:r>
    </w:p>
    <w:p>
      <w:pPr>
        <w:pStyle w:val="Heading2"/>
      </w:pPr>
      <w:r>
        <w:t>L1 P Practice and partner check</w:t>
      </w:r>
    </w:p>
    <w:p>
      <w:r>
        <w:t>1. Write the formula of aluminium sulfate using Al³⁺ and SO₄²⁻.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Calculate Mᵣ of Mg(OH)₂. Aᵣ: Mg = 24, O = 16, H = 1.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E Independent exit check</w:t>
      </w:r>
    </w:p>
    <w:p>
      <w:r>
        <w:t>Why is 24 + 16 + 2(1) incorrect for Mg(OH)₂?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H Homework</w:t>
      </w:r>
    </w:p>
    <w:p>
      <w:r>
        <w:t>Calculate the relative formula mass of Al₂(SO₄)₃. Aᵣ: Al = 27, S = 32,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2 Balanced and ionic equations</w:t>
      </w:r>
    </w:p>
    <w:p>
      <w:r>
        <w:t>PPT slides 13–23 | Name ____________________ Date __________</w:t>
      </w:r>
    </w:p>
    <w:p>
      <w:r>
        <w:t>Goal: Balance equations, add state symbols and remove spectator 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coefficient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化学计量数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state symbol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状态符号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spectator 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旁观离子</w:t>
            </w:r>
          </w:p>
        </w:tc>
      </w:tr>
    </w:tbl>
    <w:p>
      <w:pPr>
        <w:pStyle w:val="Heading2"/>
      </w:pPr>
      <w:r>
        <w:t>L2 R Recall</w:t>
      </w:r>
    </w:p>
    <w:p>
      <w:r>
        <w:t>Write the word equation for hydrogen reacting with oxygen to form water.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Balance atoms by changing coefficients, never subscripts. States: (s) solid, (l) liquid, (g) gas, (aq) dissolved in water.</w:t>
      </w:r>
    </w:p>
    <w:p>
      <w:r>
        <w:t>Remove unchanged spectator ions to obtain an ionic equation. Check both atom numbers and total charge on each side.</w:t>
      </w:r>
    </w:p>
    <w:p>
      <w:pPr>
        <w:pStyle w:val="Heading2"/>
      </w:pPr>
      <w:r>
        <w:t>L2 C Quick check</w:t>
      </w:r>
    </w:p>
    <w:p>
      <w:r>
        <w:t>Balance: Mg + O₂ → MgO.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NaOH(aq) + HCl(aq) → NaCl(aq) + H₂O(l). Write the ionic equation. These aqueous substances separate into their ions.</w:t>
      </w:r>
    </w:p>
    <w:p>
      <w:r>
        <w:t>1. Write: Na⁺ + OH⁻ + H⁺ + Cl⁻ → Na⁺ + Cl⁻ + H₂O.</w:t>
      </w:r>
    </w:p>
    <w:p>
      <w:r>
        <w:t>2. Remove Na⁺ and Cl⁻; they do not change.</w:t>
      </w:r>
    </w:p>
    <w:p>
      <w:r>
        <w:t>3. H⁺(aq) + OH⁻(aq) → H₂O(l). Atoms and charge balance.</w:t>
      </w:r>
    </w:p>
    <w:p>
      <w:r>
        <w:br w:type="page"/>
      </w:r>
    </w:p>
    <w:p>
      <w:pPr>
        <w:pStyle w:val="Heading1"/>
      </w:pPr>
      <w:r>
        <w:t>Lesson 2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5B. Partner focus: Compare each element tally and total charge on both sides.</w:t>
      </w:r>
    </w:p>
    <w:p>
      <w:pPr>
        <w:pStyle w:val="Heading2"/>
      </w:pPr>
      <w:r>
        <w:t>L2 P Practice and partner check</w:t>
      </w:r>
    </w:p>
    <w:p>
      <w:r>
        <w:t>1. Balance: Fe(s) + O₂(g) → Fe₂O₃(s).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Zn(s) + Cu²⁺(aq) → Zn²⁺(aq) + Cu(s). Check the atoms and total charge on each side.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E Independent exit check</w:t>
      </w:r>
    </w:p>
    <w:p>
      <w:r>
        <w:t>Can you change H₂O to H₂O₂ to balance an equation? Explain.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H Homework</w:t>
      </w:r>
    </w:p>
    <w:p>
      <w:r>
        <w:t>Balance N₂(g) + H₂(g) → NH₃(g). For Mg + CuSO₄ → MgSO₄ + Cu, name the spectator ion.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3 Conservation and reacting masses</w:t>
      </w:r>
    </w:p>
    <w:p>
      <w:r>
        <w:t>PPT slides 24–34 | Name ____________________ Date __________</w:t>
      </w:r>
    </w:p>
    <w:p>
      <w:r>
        <w:t>Goal: Use balanced equations to calculate reacting masses by proportion.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conservation of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质量守恒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mass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质量比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closed system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封闭体系</w:t>
            </w:r>
          </w:p>
        </w:tc>
      </w:tr>
    </w:tbl>
    <w:p>
      <w:pPr>
        <w:pStyle w:val="Heading2"/>
      </w:pPr>
      <w:r>
        <w:t>L3 R Recall</w:t>
      </w:r>
    </w:p>
    <w:p>
      <w:r>
        <w:t>In a sealed container, 6 g of carbon reacts with 16 g of oxygen. What mass of carbon dioxide forms?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Total mass is conserved. If a gas escapes from an open container, the mass on the balance can decrease.</w:t>
      </w:r>
    </w:p>
    <w:p>
      <w:r>
        <w:t>Multiply equation coefficients by relative masses to obtain a mass ratio. Then scale all masses by the same factor.</w:t>
      </w:r>
    </w:p>
    <w:p>
      <w:pPr>
        <w:pStyle w:val="Heading2"/>
      </w:pPr>
      <w:r>
        <w:t>L3 C Quick check</w:t>
      </w:r>
    </w:p>
    <w:p>
      <w:r>
        <w:t>In 2Mg + O₂ → 2MgO, is the reacting mass ratio Mg:O₂ equal to 2:1?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C + O₂ → CO₂. Calculate the mass of CO₂ formed from 3.0 g C in excess oxygen. Aᵣ: C = 12, O = 16.</w:t>
      </w:r>
    </w:p>
    <w:p>
      <w:r>
        <w:t>1. From the equation: 12 g C forms 44 g CO₂.</w:t>
      </w:r>
    </w:p>
    <w:p>
      <w:r>
        <w:t>2. Scale factor = 3.0 ÷ 12 = 0.25.</w:t>
      </w:r>
    </w:p>
    <w:p>
      <w:r>
        <w:t>3. Mass of CO₂ = 44 × 0.25 = 11 g.</w:t>
      </w:r>
    </w:p>
    <w:p>
      <w:r>
        <w:br w:type="page"/>
      </w:r>
    </w:p>
    <w:p>
      <w:pPr>
        <w:pStyle w:val="Heading1"/>
      </w:pPr>
      <w:r>
        <w:t>Lesson 3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5C. Partner focus: Compare coefficient-weighted mass ratios and the scale factor for each reaction.</w:t>
      </w:r>
    </w:p>
    <w:p>
      <w:pPr>
        <w:pStyle w:val="Heading2"/>
      </w:pPr>
      <w:r>
        <w:t>L3 P Practice and partner check</w:t>
      </w:r>
    </w:p>
    <w:p>
      <w:r>
        <w:t>1. 2Mg + O₂ → 2MgO. Calculate the MgO mass from 12 g Mg in excess oxygen. Aᵣ: Mg = 24,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CaCO₃ → CaO + CO₂. Calculate the CaO mass from 25 g CaCO₃. Aᵣ: Ca = 40, C = 12,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E Independent exit check</w:t>
      </w:r>
    </w:p>
    <w:p>
      <w:r>
        <w:t>Why can the mass decrease when a carbonate is heated in an open container?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H Homework</w:t>
      </w:r>
    </w:p>
    <w:p>
      <w:r>
        <w:t>For CaCO₃ → CaO + CO₂, find the mass of CO₂ released from 25 g CaCO₃. Explain how the masses check your class answer.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4 Composition and purity</w:t>
      </w:r>
    </w:p>
    <w:p>
      <w:r>
        <w:t>PPT slides 35–44 | Name ____________________ Date __________</w:t>
      </w:r>
    </w:p>
    <w:p>
      <w:r>
        <w:t>Goal: Calculate percentage composition and purity, then choose the correct mass in a reaction.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percentage composition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质量分数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purity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纯度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impurity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杂质</w:t>
            </w:r>
          </w:p>
        </w:tc>
      </w:tr>
    </w:tbl>
    <w:p>
      <w:pPr>
        <w:pStyle w:val="Heading2"/>
      </w:pPr>
      <w:r>
        <w:t>L4 R Recall</w:t>
      </w:r>
    </w:p>
    <w:p>
      <w:r>
        <w:t>Calculate Mᵣ of CaCO₃. Aᵣ: Ca = 40, C = 12,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Percentage composition = (element mass contribution ÷ relative formula mass) × 100.</w:t>
      </w:r>
    </w:p>
    <w:p>
      <w:r>
        <w:t>Percentage purity = (pure substance mass ÷ total sample mass) × 100. Use the pure mass in a reaction calculation.</w:t>
      </w:r>
    </w:p>
    <w:p>
      <w:pPr>
        <w:pStyle w:val="Heading2"/>
      </w:pPr>
      <w:r>
        <w:t>L4 C Quick check</w:t>
      </w:r>
    </w:p>
    <w:p>
      <w:r>
        <w:t>What percentage of CaCO₃ is oxygen? Use Aᵣ(O) = 16 and Mᵣ(CaCO₃) = 100.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A 20 g sample is 75% CaCO₃. It decomposes completely: CaCO₃ → CaO + CO₂. Find the CO₂ mass. Mᵣ: CaCO₃ = 100, CO₂ = 44. Impurities do not react.</w:t>
      </w:r>
    </w:p>
    <w:p>
      <w:r>
        <w:t>1. Pure CaCO₃ mass = 20 × 75/100 = 15 g.</w:t>
      </w:r>
    </w:p>
    <w:p>
      <w:r>
        <w:t>2. 100 g CaCO₃ → 44 g CO₂.</w:t>
      </w:r>
    </w:p>
    <w:p>
      <w:r>
        <w:t>3. CO₂ mass = 15/100 × 44 = 6.6 g.</w:t>
      </w:r>
    </w:p>
    <w:p>
      <w:r>
        <w:br w:type="page"/>
      </w:r>
    </w:p>
    <w:p>
      <w:pPr>
        <w:pStyle w:val="Heading1"/>
      </w:pPr>
      <w:r>
        <w:t>Lesson 4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5C. Partner focus: Compare nitrogen atom counts, percentage denominators and pure versus impurity masses.</w:t>
      </w:r>
    </w:p>
    <w:p>
      <w:pPr>
        <w:pStyle w:val="Heading2"/>
      </w:pPr>
      <w:r>
        <w:t>L4 P Practice and partner check</w:t>
      </w:r>
    </w:p>
    <w:p>
      <w:r>
        <w:t>1. Calculate the percentage nitrogen in NH₄NO₃. Aᵣ: N = 14, H = 1,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A 12 g sample contains 9 g pure salt. Calculate its purity and the impurity mass.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E Independent exit check</w:t>
      </w:r>
    </w:p>
    <w:p>
      <w:r>
        <w:t>Does 80% purity mean 80 g of pure substance in every sample?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H Homework</w:t>
      </w:r>
    </w:p>
    <w:p>
      <w:r>
        <w:t>A 25 g sample is 80% CaCO₃. Impurities do not react. Calculate the CaO mass after complete decomposition. Mᵣ: CaCO₃ = 100, CaO = 56.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Classroom simulation references</w:t>
      </w:r>
    </w:p>
    <w:p>
      <w: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t>Lesson 2 Balanced and ionic equations</w:t>
      </w:r>
    </w:p>
    <w:p>
      <w:r>
        <w:t xml:space="preserve">PPT slide 14  </w:t>
      </w:r>
      <w:hyperlink r:id="rId11">
        <w:r>
          <w:rPr>
            <w:color w:val="0563C1"/>
            <w:u w:val="single"/>
          </w:rPr>
          <w:t>Balancing Chemical Equations</w:t>
        </w:r>
      </w:hyperlink>
    </w:p>
    <w:p>
      <w:r>
        <w:t>Predict coefficients before adjusting the model. Check every atom count. Keep formula subscripts unchanged.</w:t>
      </w:r>
    </w:p>
    <w:p>
      <w:pPr>
        <w:pStyle w:val="Heading2"/>
      </w:pPr>
      <w:r>
        <w:t>Lesson 3 Conservation and reacting masses</w:t>
      </w:r>
    </w:p>
    <w:p>
      <w:r>
        <w:t xml:space="preserve">PPT slide 25  </w:t>
      </w:r>
      <w:hyperlink r:id="rId12">
        <w:r>
          <w:rPr>
            <w:color w:val="0563C1"/>
            <w:u w:val="single"/>
          </w:rPr>
          <w:t>Reactants, Products and Leftovers</w:t>
        </w:r>
      </w:hyperlink>
    </w:p>
    <w:p>
      <w:r>
        <w:t>Predict products and leftovers for a whole-number particle model. Relate coefficients to particle ratios, then calculate masses in the worked example.</w:t>
      </w:r>
    </w:p>
    <w:p>
      <w:r>
        <w:t>Complete the lesson exit check independently after feedback.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CIE 0620 Extended 2026–2028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CHAPTER 5  •  REACTING MASSES AND CHEMICAL EQUATIONS  •  GUIDED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0" w:lineRule="auto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ig-chemistry-classroom.qiangweispurs.chatgpt.site/interactives#balancing" TargetMode="External"/><Relationship Id="rId12" Type="http://schemas.openxmlformats.org/officeDocument/2006/relationships/hyperlink" Target="https://ig-chemistry-classroom.qiangweispurs.chatgpt.site/interactives#leftov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 Guided Worksheet</dc:title>
  <dc:subject/>
  <dc:creator>IG Chemistry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